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A74" w14:textId="77777777" w:rsidR="004751FD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7E8987E3" wp14:editId="2F1AEE6D">
            <wp:extent cx="6764910" cy="930906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o01_sin_firma_digit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3842" cy="932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4718" w14:textId="77777777" w:rsidR="004751FD" w:rsidRDefault="00000000">
      <w:r>
        <w:br w:type="page"/>
      </w:r>
    </w:p>
    <w:p w14:paraId="55CC0749" w14:textId="5D10B2D0" w:rsidR="00A17F72" w:rsidRPr="00674C29" w:rsidRDefault="00D45587" w:rsidP="00A17F72">
      <w:pPr>
        <w:pStyle w:val="TituloAnexo"/>
        <w:spacing w:after="280"/>
        <w:jc w:val="center"/>
        <w:rPr>
          <w:noProof/>
          <w:lang w:val="es-PE"/>
        </w:rPr>
      </w:pPr>
      <w:r>
        <w:rPr>
          <w:noProof/>
        </w:rPr>
        <w:lastRenderedPageBreak/>
        <w:drawing>
          <wp:inline distT="0" distB="0" distL="0" distR="0" wp14:anchorId="3E5DB3E9" wp14:editId="4AD2BC61">
            <wp:extent cx="6810233" cy="9386814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_compromiso_sin_firma_digital.png"/>
                    <pic:cNvPicPr/>
                  </pic:nvPicPr>
                  <pic:blipFill rotWithShape="1">
                    <a:blip r:embed="rId7"/>
                    <a:srcRect l="180" t="105" r="-180" b="2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75" cy="9408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F3462" w14:textId="56FBE3A8" w:rsidR="004751FD" w:rsidRDefault="00D45587" w:rsidP="00A17F72">
      <w:pPr>
        <w:pStyle w:val="TituloAnexo"/>
        <w:spacing w:after="280"/>
        <w:jc w:val="center"/>
        <w:rPr>
          <w:lang w:val="es-PE"/>
        </w:rPr>
      </w:pPr>
      <w:r>
        <w:rPr>
          <w:noProof/>
        </w:rPr>
        <w:lastRenderedPageBreak/>
        <w:drawing>
          <wp:inline distT="0" distB="0" distL="0" distR="0" wp14:anchorId="18599301" wp14:editId="550397C5">
            <wp:extent cx="6305550" cy="9146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olucion_valor_sin_firma_digital.png"/>
                    <pic:cNvPicPr/>
                  </pic:nvPicPr>
                  <pic:blipFill rotWithShape="1">
                    <a:blip r:embed="rId8"/>
                    <a:srcRect l="-901" t="751" r="901" b="-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14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9811D" w14:textId="77777777" w:rsidR="00E2567B" w:rsidRDefault="00E2567B" w:rsidP="00D45587">
      <w:pPr>
        <w:pStyle w:val="TituloAnexo"/>
        <w:spacing w:after="280"/>
        <w:jc w:val="center"/>
      </w:pPr>
    </w:p>
    <w:p w14:paraId="7C041457" w14:textId="3E41EFCE" w:rsidR="00D45587" w:rsidRPr="00D45587" w:rsidRDefault="00D45587" w:rsidP="00D45587">
      <w:pPr>
        <w:pStyle w:val="TituloAnexo"/>
        <w:spacing w:after="280"/>
        <w:jc w:val="center"/>
      </w:pPr>
      <w:r w:rsidRPr="00D45587">
        <w:lastRenderedPageBreak/>
        <w:t>ANEXO N° 0</w:t>
      </w:r>
      <w:r>
        <w:t>4</w:t>
      </w:r>
    </w:p>
    <w:p w14:paraId="438D49D6" w14:textId="7F685EA9" w:rsidR="00D45587" w:rsidRPr="00D45587" w:rsidRDefault="00D45587" w:rsidP="00E2567B">
      <w:pPr>
        <w:pStyle w:val="SubtituloAnexo"/>
        <w:tabs>
          <w:tab w:val="left" w:pos="851"/>
        </w:tabs>
        <w:spacing w:after="440"/>
        <w:ind w:left="1134" w:right="1252"/>
        <w:jc w:val="center"/>
      </w:pPr>
      <w:r w:rsidRPr="00D45587">
        <w:rPr>
          <w:u w:val="single"/>
        </w:rPr>
        <w:t xml:space="preserve">DECLARACIÓN JURADA </w:t>
      </w:r>
      <w:r w:rsidR="00E2567B">
        <w:rPr>
          <w:u w:val="single"/>
        </w:rPr>
        <w:t>DE CUMPLIMIENTO DE REQUISITO ESPECÍFICO DEL PERFIL</w:t>
      </w:r>
    </w:p>
    <w:p w14:paraId="511FEFB6" w14:textId="753C699B" w:rsidR="0018291E" w:rsidRDefault="00D45587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proofErr w:type="spellStart"/>
      <w:r w:rsidRPr="00D45587">
        <w:t>Yo</w:t>
      </w:r>
      <w:proofErr w:type="spellEnd"/>
      <w:r w:rsidRPr="00D45587">
        <w:t>, ............</w:t>
      </w:r>
      <w:r w:rsidR="0018291E" w:rsidRPr="00D45587">
        <w:t>..............................................................</w:t>
      </w:r>
      <w:r w:rsidRPr="00D45587">
        <w:t>................., identificado</w:t>
      </w:r>
      <w:r w:rsidR="0018291E">
        <w:t xml:space="preserve"> </w:t>
      </w:r>
      <w:r w:rsidRPr="00D45587">
        <w:t>(a) con DNI N° ........................, domiciliado</w:t>
      </w:r>
      <w:r w:rsidR="0018291E">
        <w:t xml:space="preserve"> </w:t>
      </w:r>
      <w:r w:rsidRPr="00D45587">
        <w:t>(a)</w:t>
      </w:r>
      <w:r w:rsidR="0018291E">
        <w:t xml:space="preserve"> </w:t>
      </w:r>
      <w:r w:rsidRPr="00B12A29">
        <w:rPr>
          <w:lang w:val="es-PE"/>
        </w:rPr>
        <w:t xml:space="preserve">en ....................................................., con teléfono ..........................., </w:t>
      </w:r>
      <w:r w:rsidR="0018291E">
        <w:rPr>
          <w:lang w:val="es-PE"/>
        </w:rPr>
        <w:t xml:space="preserve">y </w:t>
      </w:r>
      <w:r w:rsidRPr="00B12A29">
        <w:rPr>
          <w:lang w:val="es-PE"/>
        </w:rPr>
        <w:t>correo electrónico</w:t>
      </w:r>
      <w:r w:rsidR="0018291E">
        <w:rPr>
          <w:lang w:val="es-PE"/>
        </w:rPr>
        <w:t xml:space="preserve"> </w:t>
      </w:r>
      <w:r w:rsidRPr="00B12A29">
        <w:rPr>
          <w:lang w:val="es-PE"/>
        </w:rPr>
        <w:t>....................................................</w:t>
      </w:r>
      <w:r w:rsidR="00824E68">
        <w:rPr>
          <w:lang w:val="es-PE"/>
        </w:rPr>
        <w:t>, laboro en la institución:</w:t>
      </w:r>
      <w:r w:rsidR="00824E68" w:rsidRPr="00824E68">
        <w:rPr>
          <w:lang w:val="es-PE"/>
        </w:rPr>
        <w:t xml:space="preserve"> </w:t>
      </w:r>
      <w:r w:rsidR="00824E68" w:rsidRPr="00B12A29">
        <w:rPr>
          <w:lang w:val="es-PE"/>
        </w:rPr>
        <w:t>...............................................................................</w:t>
      </w:r>
    </w:p>
    <w:p w14:paraId="53D641FA" w14:textId="77777777" w:rsidR="00824E68" w:rsidRDefault="00824E68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</w:p>
    <w:p w14:paraId="1016B1AE" w14:textId="11630214" w:rsidR="00D45587" w:rsidRPr="00B12A29" w:rsidRDefault="00D45587" w:rsidP="0018291E">
      <w:pPr>
        <w:pStyle w:val="CuerpoAnexo"/>
        <w:tabs>
          <w:tab w:val="left" w:pos="851"/>
        </w:tabs>
        <w:spacing w:after="120"/>
        <w:ind w:left="1134" w:right="1252"/>
        <w:jc w:val="both"/>
        <w:rPr>
          <w:lang w:val="es-PE"/>
        </w:rPr>
      </w:pPr>
      <w:r w:rsidRPr="00B12A29">
        <w:rPr>
          <w:lang w:val="es-PE"/>
        </w:rPr>
        <w:t>DECLARO BAJO JURAMENTO</w:t>
      </w:r>
      <w:r w:rsidR="0018291E">
        <w:rPr>
          <w:lang w:val="es-PE"/>
        </w:rPr>
        <w:t xml:space="preserve">, que al momento de suscribir el presente documento que cumplo </w:t>
      </w:r>
      <w:r w:rsidRPr="00B12A29">
        <w:rPr>
          <w:lang w:val="es-PE"/>
        </w:rPr>
        <w:t>lo siguiente:</w:t>
      </w:r>
    </w:p>
    <w:p w14:paraId="51AB279E" w14:textId="77777777" w:rsidR="00D45587" w:rsidRPr="00B12A29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4D0AB71B" w14:textId="5C7C2AFA" w:rsidR="00044E07" w:rsidRDefault="0018291E" w:rsidP="0018291E">
      <w:pPr>
        <w:pStyle w:val="CuerpoAnexo"/>
        <w:tabs>
          <w:tab w:val="left" w:pos="851"/>
        </w:tabs>
        <w:spacing w:after="120"/>
        <w:ind w:left="1134" w:right="1252"/>
        <w:jc w:val="both"/>
        <w:rPr>
          <w:lang w:val="es-PE"/>
        </w:rPr>
      </w:pPr>
      <w:r>
        <w:rPr>
          <w:lang w:val="es-PE"/>
        </w:rPr>
        <w:t>Me d</w:t>
      </w:r>
      <w:r w:rsidRPr="0018291E">
        <w:rPr>
          <w:lang w:val="es-PE"/>
        </w:rPr>
        <w:t>esempeñ</w:t>
      </w:r>
      <w:r>
        <w:rPr>
          <w:lang w:val="es-PE"/>
        </w:rPr>
        <w:t xml:space="preserve">o </w:t>
      </w:r>
      <w:r w:rsidR="00044E07">
        <w:rPr>
          <w:lang w:val="es-PE"/>
        </w:rPr>
        <w:t xml:space="preserve">al menos </w:t>
      </w:r>
      <w:r w:rsidR="00044E07" w:rsidRPr="00044E07">
        <w:rPr>
          <w:lang w:val="es-PE"/>
        </w:rPr>
        <w:t>un año en el área</w:t>
      </w:r>
      <w:r w:rsidR="00044E07">
        <w:rPr>
          <w:lang w:val="es-PE"/>
        </w:rPr>
        <w:t xml:space="preserve">, realizando actividades </w:t>
      </w:r>
      <w:r w:rsidR="00044E07" w:rsidRPr="00044E07">
        <w:rPr>
          <w:lang w:val="es-PE"/>
        </w:rPr>
        <w:t>vinculadas al desarrollo y gestión de la investigación, innovación, evaluación de tecnologías sanitarias y/o gestión sanitaria</w:t>
      </w:r>
      <w:r w:rsidR="00044E07">
        <w:rPr>
          <w:lang w:val="es-PE"/>
        </w:rPr>
        <w:t xml:space="preserve">; además de ser integrante de equipo </w:t>
      </w:r>
      <w:r w:rsidR="00044E07" w:rsidRPr="00044E07">
        <w:rPr>
          <w:lang w:val="es-PE"/>
        </w:rPr>
        <w:t xml:space="preserve">multidisciplinario </w:t>
      </w:r>
      <w:r w:rsidR="00044E07">
        <w:rPr>
          <w:lang w:val="es-PE"/>
        </w:rPr>
        <w:t>perteneciente a:</w:t>
      </w:r>
    </w:p>
    <w:p w14:paraId="5EAF7D31" w14:textId="138727BE" w:rsidR="00044E07" w:rsidRDefault="00044E07" w:rsidP="00044E07">
      <w:pPr>
        <w:pStyle w:val="CuerpoAnexo"/>
        <w:numPr>
          <w:ilvl w:val="0"/>
          <w:numId w:val="10"/>
        </w:numPr>
        <w:tabs>
          <w:tab w:val="left" w:pos="851"/>
        </w:tabs>
        <w:spacing w:after="120"/>
        <w:ind w:right="1252"/>
        <w:jc w:val="both"/>
        <w:rPr>
          <w:lang w:val="es-PE"/>
        </w:rPr>
      </w:pPr>
      <w:r w:rsidRPr="00044E07">
        <w:rPr>
          <w:lang w:val="es-PE"/>
        </w:rPr>
        <w:t>Red Nacional de Investigación, Desarrollo e Innovación en Salud (RENIDIS)</w:t>
      </w:r>
      <w:r>
        <w:rPr>
          <w:lang w:val="es-PE"/>
        </w:rPr>
        <w:t xml:space="preserve"> del: __________________________________________________________</w:t>
      </w:r>
      <w:proofErr w:type="gramStart"/>
      <w:r>
        <w:rPr>
          <w:lang w:val="es-PE"/>
        </w:rPr>
        <w:t>_</w:t>
      </w:r>
      <w:r w:rsidRPr="00044E07">
        <w:rPr>
          <w:lang w:val="es-PE"/>
        </w:rPr>
        <w:t xml:space="preserve"> </w:t>
      </w:r>
      <w:r>
        <w:rPr>
          <w:lang w:val="es-PE"/>
        </w:rPr>
        <w:t>,</w:t>
      </w:r>
      <w:proofErr w:type="gramEnd"/>
      <w:r>
        <w:rPr>
          <w:lang w:val="es-PE"/>
        </w:rPr>
        <w:t xml:space="preserve"> o</w:t>
      </w:r>
    </w:p>
    <w:p w14:paraId="159B9F4C" w14:textId="1D103279" w:rsidR="0018291E" w:rsidRDefault="00044E07" w:rsidP="00044E07">
      <w:pPr>
        <w:pStyle w:val="CuerpoAnexo"/>
        <w:numPr>
          <w:ilvl w:val="0"/>
          <w:numId w:val="10"/>
        </w:numPr>
        <w:tabs>
          <w:tab w:val="left" w:pos="851"/>
        </w:tabs>
        <w:spacing w:after="120"/>
        <w:ind w:right="1252"/>
        <w:jc w:val="both"/>
        <w:rPr>
          <w:lang w:val="es-PE"/>
        </w:rPr>
      </w:pPr>
      <w:r>
        <w:rPr>
          <w:lang w:val="es-PE"/>
        </w:rPr>
        <w:t xml:space="preserve">Nodo Regional de Investigación en Salud Pública </w:t>
      </w:r>
      <w:r>
        <w:rPr>
          <w:lang w:val="es-PE"/>
        </w:rPr>
        <w:t>__________________________________________</w:t>
      </w:r>
      <w:r>
        <w:rPr>
          <w:lang w:val="es-PE"/>
        </w:rPr>
        <w:t>_________________</w:t>
      </w:r>
      <w:r>
        <w:rPr>
          <w:lang w:val="es-PE"/>
        </w:rPr>
        <w:t>_</w:t>
      </w:r>
      <w:r w:rsidR="00824E68">
        <w:rPr>
          <w:lang w:val="es-PE"/>
        </w:rPr>
        <w:t>.</w:t>
      </w:r>
    </w:p>
    <w:p w14:paraId="7D4173F8" w14:textId="77777777" w:rsidR="00D45587" w:rsidRPr="00B12A29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530AF9B0" w14:textId="77777777" w:rsidR="00D45587" w:rsidRPr="00B12A29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6719B3DF" w14:textId="77777777" w:rsidR="00D45587" w:rsidRPr="00B12A29" w:rsidRDefault="00D45587" w:rsidP="00824E68">
      <w:pPr>
        <w:pStyle w:val="CuerpoAnexo"/>
        <w:tabs>
          <w:tab w:val="left" w:pos="851"/>
        </w:tabs>
        <w:spacing w:after="120"/>
        <w:ind w:left="1134" w:right="1252"/>
        <w:jc w:val="right"/>
        <w:rPr>
          <w:lang w:val="es-PE"/>
        </w:rPr>
      </w:pPr>
      <w:r w:rsidRPr="00B12A29">
        <w:rPr>
          <w:lang w:val="es-PE"/>
        </w:rPr>
        <w:t>Lugar y fecha: .....................................................</w:t>
      </w:r>
    </w:p>
    <w:p w14:paraId="6016512B" w14:textId="77777777" w:rsidR="00D45587" w:rsidRDefault="00D45587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472B59DB" w14:textId="77777777" w:rsidR="00824E68" w:rsidRPr="00B12A29" w:rsidRDefault="00824E68" w:rsidP="00E2567B">
      <w:pPr>
        <w:tabs>
          <w:tab w:val="left" w:pos="851"/>
        </w:tabs>
        <w:spacing w:after="80"/>
        <w:ind w:left="1134" w:right="1252"/>
        <w:rPr>
          <w:lang w:val="es-PE"/>
        </w:rPr>
      </w:pPr>
    </w:p>
    <w:p w14:paraId="5334D2AF" w14:textId="77777777" w:rsidR="00D45587" w:rsidRDefault="00D45587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r w:rsidRPr="00B12A29">
        <w:rPr>
          <w:lang w:val="es-PE"/>
        </w:rPr>
        <w:t>Firma: .....................................................</w:t>
      </w:r>
    </w:p>
    <w:p w14:paraId="48CBE739" w14:textId="4C88E17A" w:rsidR="00824E68" w:rsidRDefault="00824E68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r>
        <w:rPr>
          <w:lang w:val="es-PE"/>
        </w:rPr>
        <w:t xml:space="preserve">Nombres y Apellidos: </w:t>
      </w:r>
      <w:r w:rsidRPr="00B12A29">
        <w:rPr>
          <w:lang w:val="es-PE"/>
        </w:rPr>
        <w:t>.....................................................</w:t>
      </w:r>
    </w:p>
    <w:p w14:paraId="1BCFB95E" w14:textId="2FB554C6" w:rsidR="00824E68" w:rsidRPr="00B12A29" w:rsidRDefault="00824E68" w:rsidP="00E2567B">
      <w:pPr>
        <w:pStyle w:val="CuerpoAnexo"/>
        <w:tabs>
          <w:tab w:val="left" w:pos="851"/>
        </w:tabs>
        <w:spacing w:after="120"/>
        <w:ind w:left="1134" w:right="1252"/>
        <w:rPr>
          <w:lang w:val="es-PE"/>
        </w:rPr>
      </w:pPr>
      <w:r>
        <w:rPr>
          <w:lang w:val="es-PE"/>
        </w:rPr>
        <w:t xml:space="preserve">DNI: </w:t>
      </w:r>
      <w:r w:rsidRPr="00B12A29">
        <w:rPr>
          <w:lang w:val="es-PE"/>
        </w:rPr>
        <w:t>.....................................................</w:t>
      </w:r>
    </w:p>
    <w:p w14:paraId="2C836B47" w14:textId="164095C6" w:rsidR="00D45587" w:rsidRPr="00B12A29" w:rsidRDefault="00D45587" w:rsidP="00E2567B">
      <w:pPr>
        <w:tabs>
          <w:tab w:val="left" w:pos="851"/>
        </w:tabs>
        <w:ind w:left="1134" w:right="1252"/>
        <w:rPr>
          <w:lang w:val="es-PE"/>
        </w:rPr>
      </w:pPr>
    </w:p>
    <w:sectPr w:rsidR="00D45587" w:rsidRPr="00B12A29" w:rsidSect="00E2567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250A8E"/>
    <w:multiLevelType w:val="hybridMultilevel"/>
    <w:tmpl w:val="365A6CFE"/>
    <w:lvl w:ilvl="0" w:tplc="21B43D04">
      <w:numFmt w:val="bullet"/>
      <w:lvlText w:val="-"/>
      <w:lvlJc w:val="left"/>
      <w:pPr>
        <w:ind w:left="1494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414858549">
    <w:abstractNumId w:val="8"/>
  </w:num>
  <w:num w:numId="2" w16cid:durableId="737744978">
    <w:abstractNumId w:val="6"/>
  </w:num>
  <w:num w:numId="3" w16cid:durableId="655498352">
    <w:abstractNumId w:val="5"/>
  </w:num>
  <w:num w:numId="4" w16cid:durableId="1627354175">
    <w:abstractNumId w:val="4"/>
  </w:num>
  <w:num w:numId="5" w16cid:durableId="146240424">
    <w:abstractNumId w:val="7"/>
  </w:num>
  <w:num w:numId="6" w16cid:durableId="773407597">
    <w:abstractNumId w:val="3"/>
  </w:num>
  <w:num w:numId="7" w16cid:durableId="1245608500">
    <w:abstractNumId w:val="2"/>
  </w:num>
  <w:num w:numId="8" w16cid:durableId="1578662493">
    <w:abstractNumId w:val="1"/>
  </w:num>
  <w:num w:numId="9" w16cid:durableId="1289624352">
    <w:abstractNumId w:val="0"/>
  </w:num>
  <w:num w:numId="10" w16cid:durableId="1883131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E07"/>
    <w:rsid w:val="0006063C"/>
    <w:rsid w:val="00113731"/>
    <w:rsid w:val="0015074B"/>
    <w:rsid w:val="0018291E"/>
    <w:rsid w:val="0029639D"/>
    <w:rsid w:val="00326F90"/>
    <w:rsid w:val="004751FD"/>
    <w:rsid w:val="00674C29"/>
    <w:rsid w:val="007555F0"/>
    <w:rsid w:val="00756025"/>
    <w:rsid w:val="00824E68"/>
    <w:rsid w:val="0085253A"/>
    <w:rsid w:val="00A17F72"/>
    <w:rsid w:val="00A63BC4"/>
    <w:rsid w:val="00AA1D8D"/>
    <w:rsid w:val="00B12A29"/>
    <w:rsid w:val="00B47730"/>
    <w:rsid w:val="00BE1460"/>
    <w:rsid w:val="00CB0664"/>
    <w:rsid w:val="00D45587"/>
    <w:rsid w:val="00E03339"/>
    <w:rsid w:val="00E256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083DC0"/>
  <w14:defaultImageDpi w14:val="300"/>
  <w15:docId w15:val="{486057F9-9B3C-45F6-A9F1-F90B8403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Anexo">
    <w:name w:val="TituloAnexo"/>
    <w:basedOn w:val="Normal"/>
    <w:rPr>
      <w:b/>
      <w:sz w:val="28"/>
    </w:rPr>
  </w:style>
  <w:style w:type="paragraph" w:customStyle="1" w:styleId="SubtituloAnexo">
    <w:name w:val="SubtituloAnexo"/>
    <w:basedOn w:val="Normal"/>
    <w:rPr>
      <w:b/>
      <w:sz w:val="24"/>
    </w:rPr>
  </w:style>
  <w:style w:type="paragraph" w:customStyle="1" w:styleId="CuerpoAnexo">
    <w:name w:val="CuerpoAnex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219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Anexos obligatorios</vt:lpstr>
      <vt:lpstr/>
    </vt:vector>
  </TitlesOfParts>
  <Manager/>
  <Company/>
  <LinksUpToDate>false</LinksUpToDate>
  <CharactersWithSpaces>1423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obligatorios</dc:title>
  <dc:subject/>
  <dc:creator>ROBERTO ZEGARRA CHAPOÑAN - CS</dc:creator>
  <cp:keywords/>
  <dc:description/>
  <cp:lastModifiedBy>ROBERTO ZEGARRA CHAPOÑAN - CS</cp:lastModifiedBy>
  <cp:revision>3</cp:revision>
  <dcterms:created xsi:type="dcterms:W3CDTF">2026-08-18T14:22:00Z</dcterms:created>
  <dcterms:modified xsi:type="dcterms:W3CDTF">2026-08-18T14:29:00Z</dcterms:modified>
  <cp:category/>
</cp:coreProperties>
</file>