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9DA74" w14:textId="77777777" w:rsidR="004751FD" w:rsidRDefault="00000000">
      <w:pPr>
        <w:spacing w:after="0"/>
        <w:jc w:val="center"/>
      </w:pPr>
      <w:r>
        <w:rPr>
          <w:noProof/>
        </w:rPr>
        <w:drawing>
          <wp:inline distT="0" distB="0" distL="0" distR="0" wp14:anchorId="7E8987E3" wp14:editId="2F1AEE6D">
            <wp:extent cx="6764910" cy="9309062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xo01_sin_firma_digital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73842" cy="9321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2E4718" w14:textId="77777777" w:rsidR="004751FD" w:rsidRDefault="00000000">
      <w:r>
        <w:br w:type="page"/>
      </w:r>
    </w:p>
    <w:p w14:paraId="55CC0749" w14:textId="5D10B2D0" w:rsidR="00A17F72" w:rsidRPr="00674C29" w:rsidRDefault="00D45587" w:rsidP="00A17F72">
      <w:pPr>
        <w:pStyle w:val="TituloAnexo"/>
        <w:spacing w:after="280"/>
        <w:jc w:val="center"/>
        <w:rPr>
          <w:noProof/>
          <w:lang w:val="es-PE"/>
        </w:rPr>
      </w:pPr>
      <w:r>
        <w:rPr>
          <w:noProof/>
        </w:rPr>
        <w:lastRenderedPageBreak/>
        <w:drawing>
          <wp:inline distT="0" distB="0" distL="0" distR="0" wp14:anchorId="3E5DB3E9" wp14:editId="4AD2BC61">
            <wp:extent cx="6810233" cy="9386814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rta_compromiso_sin_firma_digital.png"/>
                    <pic:cNvPicPr/>
                  </pic:nvPicPr>
                  <pic:blipFill rotWithShape="1">
                    <a:blip r:embed="rId7"/>
                    <a:srcRect l="180" t="105" r="-180" b="25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75" cy="94089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FF3462" w14:textId="56FBE3A8" w:rsidR="004751FD" w:rsidRDefault="00D45587" w:rsidP="00A17F72">
      <w:pPr>
        <w:pStyle w:val="TituloAnexo"/>
        <w:spacing w:after="280"/>
        <w:jc w:val="center"/>
        <w:rPr>
          <w:lang w:val="es-PE"/>
        </w:rPr>
      </w:pPr>
      <w:r>
        <w:rPr>
          <w:noProof/>
        </w:rPr>
        <w:lastRenderedPageBreak/>
        <w:drawing>
          <wp:inline distT="0" distB="0" distL="0" distR="0" wp14:anchorId="18599301" wp14:editId="550397C5">
            <wp:extent cx="6305550" cy="914654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volucion_valor_sin_firma_digital.png"/>
                    <pic:cNvPicPr/>
                  </pic:nvPicPr>
                  <pic:blipFill rotWithShape="1">
                    <a:blip r:embed="rId8"/>
                    <a:srcRect l="-901" t="751" r="901" b="-33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9146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99811D" w14:textId="77777777" w:rsidR="00E2567B" w:rsidRDefault="00E2567B" w:rsidP="00D45587">
      <w:pPr>
        <w:pStyle w:val="TituloAnexo"/>
        <w:spacing w:after="280"/>
        <w:jc w:val="center"/>
      </w:pPr>
    </w:p>
    <w:p w14:paraId="7C041457" w14:textId="3E41EFCE" w:rsidR="00D45587" w:rsidRPr="00D45587" w:rsidRDefault="00D45587" w:rsidP="00D45587">
      <w:pPr>
        <w:pStyle w:val="TituloAnexo"/>
        <w:spacing w:after="280"/>
        <w:jc w:val="center"/>
      </w:pPr>
      <w:r w:rsidRPr="00D45587">
        <w:lastRenderedPageBreak/>
        <w:t>ANEXO N° 0</w:t>
      </w:r>
      <w:r>
        <w:t>4</w:t>
      </w:r>
    </w:p>
    <w:p w14:paraId="438D49D6" w14:textId="7F685EA9" w:rsidR="00D45587" w:rsidRPr="00D45587" w:rsidRDefault="00D45587" w:rsidP="00E2567B">
      <w:pPr>
        <w:pStyle w:val="SubtituloAnexo"/>
        <w:tabs>
          <w:tab w:val="left" w:pos="851"/>
        </w:tabs>
        <w:spacing w:after="440"/>
        <w:ind w:left="1134" w:right="1252"/>
        <w:jc w:val="center"/>
      </w:pPr>
      <w:r w:rsidRPr="00D45587">
        <w:rPr>
          <w:u w:val="single"/>
        </w:rPr>
        <w:t xml:space="preserve">DECLARACIÓN JURADA </w:t>
      </w:r>
      <w:r w:rsidR="00E2567B">
        <w:rPr>
          <w:u w:val="single"/>
        </w:rPr>
        <w:t>DE CUMPLIMIENTO DE REQUISITO ESPECÍFICO DEL PERFIL</w:t>
      </w:r>
    </w:p>
    <w:p w14:paraId="511FEFB6" w14:textId="753C699B" w:rsidR="0018291E" w:rsidRDefault="00D45587" w:rsidP="00E2567B">
      <w:pPr>
        <w:pStyle w:val="CuerpoAnexo"/>
        <w:tabs>
          <w:tab w:val="left" w:pos="851"/>
        </w:tabs>
        <w:spacing w:after="120"/>
        <w:ind w:left="1134" w:right="1252"/>
        <w:rPr>
          <w:lang w:val="es-PE"/>
        </w:rPr>
      </w:pPr>
      <w:proofErr w:type="spellStart"/>
      <w:r w:rsidRPr="00D45587">
        <w:t>Yo</w:t>
      </w:r>
      <w:proofErr w:type="spellEnd"/>
      <w:r w:rsidRPr="00D45587">
        <w:t>, ............</w:t>
      </w:r>
      <w:r w:rsidR="0018291E" w:rsidRPr="00D45587">
        <w:t>..............................................................</w:t>
      </w:r>
      <w:r w:rsidRPr="00D45587">
        <w:t>................., identificado</w:t>
      </w:r>
      <w:r w:rsidR="0018291E">
        <w:t xml:space="preserve"> </w:t>
      </w:r>
      <w:r w:rsidRPr="00D45587">
        <w:t>(a) con DNI N° ........................, domiciliado</w:t>
      </w:r>
      <w:r w:rsidR="0018291E">
        <w:t xml:space="preserve"> </w:t>
      </w:r>
      <w:r w:rsidRPr="00D45587">
        <w:t>(a)</w:t>
      </w:r>
      <w:r w:rsidR="0018291E">
        <w:t xml:space="preserve"> </w:t>
      </w:r>
      <w:r w:rsidRPr="00B12A29">
        <w:rPr>
          <w:lang w:val="es-PE"/>
        </w:rPr>
        <w:t xml:space="preserve">en ....................................................., con teléfono ..........................., </w:t>
      </w:r>
      <w:r w:rsidR="0018291E">
        <w:rPr>
          <w:lang w:val="es-PE"/>
        </w:rPr>
        <w:t xml:space="preserve">y </w:t>
      </w:r>
      <w:r w:rsidRPr="00B12A29">
        <w:rPr>
          <w:lang w:val="es-PE"/>
        </w:rPr>
        <w:t>correo electrónico</w:t>
      </w:r>
      <w:r w:rsidR="0018291E">
        <w:rPr>
          <w:lang w:val="es-PE"/>
        </w:rPr>
        <w:t xml:space="preserve"> </w:t>
      </w:r>
      <w:r w:rsidRPr="00B12A29">
        <w:rPr>
          <w:lang w:val="es-PE"/>
        </w:rPr>
        <w:t>....................................................</w:t>
      </w:r>
      <w:r w:rsidR="00824E68">
        <w:rPr>
          <w:lang w:val="es-PE"/>
        </w:rPr>
        <w:t>, laboro en la institución:</w:t>
      </w:r>
      <w:r w:rsidR="00824E68" w:rsidRPr="00824E68">
        <w:rPr>
          <w:lang w:val="es-PE"/>
        </w:rPr>
        <w:t xml:space="preserve"> </w:t>
      </w:r>
      <w:r w:rsidR="00824E68" w:rsidRPr="00B12A29">
        <w:rPr>
          <w:lang w:val="es-PE"/>
        </w:rPr>
        <w:t>...............................................................................</w:t>
      </w:r>
    </w:p>
    <w:p w14:paraId="53D641FA" w14:textId="77777777" w:rsidR="00824E68" w:rsidRDefault="00824E68" w:rsidP="00E2567B">
      <w:pPr>
        <w:pStyle w:val="CuerpoAnexo"/>
        <w:tabs>
          <w:tab w:val="left" w:pos="851"/>
        </w:tabs>
        <w:spacing w:after="120"/>
        <w:ind w:left="1134" w:right="1252"/>
        <w:rPr>
          <w:lang w:val="es-PE"/>
        </w:rPr>
      </w:pPr>
    </w:p>
    <w:p w14:paraId="1016B1AE" w14:textId="11630214" w:rsidR="00D45587" w:rsidRPr="00B12A29" w:rsidRDefault="00D45587" w:rsidP="0018291E">
      <w:pPr>
        <w:pStyle w:val="CuerpoAnexo"/>
        <w:tabs>
          <w:tab w:val="left" w:pos="851"/>
        </w:tabs>
        <w:spacing w:after="120"/>
        <w:ind w:left="1134" w:right="1252"/>
        <w:jc w:val="both"/>
        <w:rPr>
          <w:lang w:val="es-PE"/>
        </w:rPr>
      </w:pPr>
      <w:r w:rsidRPr="00B12A29">
        <w:rPr>
          <w:lang w:val="es-PE"/>
        </w:rPr>
        <w:t>DECLARO BAJO JURAMENTO</w:t>
      </w:r>
      <w:r w:rsidR="0018291E">
        <w:rPr>
          <w:lang w:val="es-PE"/>
        </w:rPr>
        <w:t xml:space="preserve">, que al momento de suscribir el presente documento que cumplo </w:t>
      </w:r>
      <w:r w:rsidRPr="00B12A29">
        <w:rPr>
          <w:lang w:val="es-PE"/>
        </w:rPr>
        <w:t>lo siguiente:</w:t>
      </w:r>
    </w:p>
    <w:p w14:paraId="51AB279E" w14:textId="77777777" w:rsidR="00D45587" w:rsidRPr="00B12A29" w:rsidRDefault="00D45587" w:rsidP="00E2567B">
      <w:pPr>
        <w:tabs>
          <w:tab w:val="left" w:pos="851"/>
        </w:tabs>
        <w:spacing w:after="80"/>
        <w:ind w:left="1134" w:right="1252"/>
        <w:rPr>
          <w:lang w:val="es-PE"/>
        </w:rPr>
      </w:pPr>
    </w:p>
    <w:p w14:paraId="159B9F4C" w14:textId="7394A8CC" w:rsidR="0018291E" w:rsidRDefault="0018291E" w:rsidP="0018291E">
      <w:pPr>
        <w:pStyle w:val="CuerpoAnexo"/>
        <w:tabs>
          <w:tab w:val="left" w:pos="851"/>
        </w:tabs>
        <w:spacing w:after="120"/>
        <w:ind w:left="1134" w:right="1252"/>
        <w:jc w:val="both"/>
        <w:rPr>
          <w:lang w:val="es-PE"/>
        </w:rPr>
      </w:pPr>
      <w:r>
        <w:rPr>
          <w:lang w:val="es-PE"/>
        </w:rPr>
        <w:t>1, Me d</w:t>
      </w:r>
      <w:r w:rsidRPr="0018291E">
        <w:rPr>
          <w:lang w:val="es-PE"/>
        </w:rPr>
        <w:t>esempeñ</w:t>
      </w:r>
      <w:r>
        <w:rPr>
          <w:lang w:val="es-PE"/>
        </w:rPr>
        <w:t xml:space="preserve">o </w:t>
      </w:r>
      <w:r w:rsidRPr="0018291E">
        <w:rPr>
          <w:lang w:val="es-PE"/>
        </w:rPr>
        <w:t>como coordinador de telesalud, responsable, encargado o</w:t>
      </w:r>
      <w:r>
        <w:rPr>
          <w:lang w:val="es-PE"/>
        </w:rPr>
        <w:t xml:space="preserve"> integrante de</w:t>
      </w:r>
      <w:r w:rsidRPr="0018291E">
        <w:rPr>
          <w:lang w:val="es-PE"/>
        </w:rPr>
        <w:t xml:space="preserve"> equipos técnicos de telesalud, telemedicina, </w:t>
      </w:r>
      <w:r>
        <w:rPr>
          <w:lang w:val="es-PE"/>
        </w:rPr>
        <w:t xml:space="preserve">o soy </w:t>
      </w:r>
      <w:r w:rsidRPr="0018291E">
        <w:rPr>
          <w:lang w:val="es-PE"/>
        </w:rPr>
        <w:t>profesional de la salud vinculados a telesalud</w:t>
      </w:r>
      <w:r w:rsidR="00824E68">
        <w:rPr>
          <w:lang w:val="es-PE"/>
        </w:rPr>
        <w:t>.</w:t>
      </w:r>
    </w:p>
    <w:p w14:paraId="7D4173F8" w14:textId="77777777" w:rsidR="00D45587" w:rsidRPr="00B12A29" w:rsidRDefault="00D45587" w:rsidP="00E2567B">
      <w:pPr>
        <w:tabs>
          <w:tab w:val="left" w:pos="851"/>
        </w:tabs>
        <w:spacing w:after="80"/>
        <w:ind w:left="1134" w:right="1252"/>
        <w:rPr>
          <w:lang w:val="es-PE"/>
        </w:rPr>
      </w:pPr>
    </w:p>
    <w:p w14:paraId="530AF9B0" w14:textId="77777777" w:rsidR="00D45587" w:rsidRPr="00B12A29" w:rsidRDefault="00D45587" w:rsidP="00E2567B">
      <w:pPr>
        <w:tabs>
          <w:tab w:val="left" w:pos="851"/>
        </w:tabs>
        <w:spacing w:after="80"/>
        <w:ind w:left="1134" w:right="1252"/>
        <w:rPr>
          <w:lang w:val="es-PE"/>
        </w:rPr>
      </w:pPr>
    </w:p>
    <w:p w14:paraId="6719B3DF" w14:textId="77777777" w:rsidR="00D45587" w:rsidRPr="00B12A29" w:rsidRDefault="00D45587" w:rsidP="00824E68">
      <w:pPr>
        <w:pStyle w:val="CuerpoAnexo"/>
        <w:tabs>
          <w:tab w:val="left" w:pos="851"/>
        </w:tabs>
        <w:spacing w:after="120"/>
        <w:ind w:left="1134" w:right="1252"/>
        <w:jc w:val="right"/>
        <w:rPr>
          <w:lang w:val="es-PE"/>
        </w:rPr>
      </w:pPr>
      <w:r w:rsidRPr="00B12A29">
        <w:rPr>
          <w:lang w:val="es-PE"/>
        </w:rPr>
        <w:t>Lugar y fecha: .....................................................</w:t>
      </w:r>
    </w:p>
    <w:p w14:paraId="6016512B" w14:textId="77777777" w:rsidR="00D45587" w:rsidRDefault="00D45587" w:rsidP="00E2567B">
      <w:pPr>
        <w:tabs>
          <w:tab w:val="left" w:pos="851"/>
        </w:tabs>
        <w:spacing w:after="80"/>
        <w:ind w:left="1134" w:right="1252"/>
        <w:rPr>
          <w:lang w:val="es-PE"/>
        </w:rPr>
      </w:pPr>
    </w:p>
    <w:p w14:paraId="472B59DB" w14:textId="77777777" w:rsidR="00824E68" w:rsidRPr="00B12A29" w:rsidRDefault="00824E68" w:rsidP="00E2567B">
      <w:pPr>
        <w:tabs>
          <w:tab w:val="left" w:pos="851"/>
        </w:tabs>
        <w:spacing w:after="80"/>
        <w:ind w:left="1134" w:right="1252"/>
        <w:rPr>
          <w:lang w:val="es-PE"/>
        </w:rPr>
      </w:pPr>
    </w:p>
    <w:p w14:paraId="5334D2AF" w14:textId="77777777" w:rsidR="00D45587" w:rsidRDefault="00D45587" w:rsidP="00E2567B">
      <w:pPr>
        <w:pStyle w:val="CuerpoAnexo"/>
        <w:tabs>
          <w:tab w:val="left" w:pos="851"/>
        </w:tabs>
        <w:spacing w:after="120"/>
        <w:ind w:left="1134" w:right="1252"/>
        <w:rPr>
          <w:lang w:val="es-PE"/>
        </w:rPr>
      </w:pPr>
      <w:r w:rsidRPr="00B12A29">
        <w:rPr>
          <w:lang w:val="es-PE"/>
        </w:rPr>
        <w:t>Firma: .....................................................</w:t>
      </w:r>
    </w:p>
    <w:p w14:paraId="48CBE739" w14:textId="4C88E17A" w:rsidR="00824E68" w:rsidRDefault="00824E68" w:rsidP="00E2567B">
      <w:pPr>
        <w:pStyle w:val="CuerpoAnexo"/>
        <w:tabs>
          <w:tab w:val="left" w:pos="851"/>
        </w:tabs>
        <w:spacing w:after="120"/>
        <w:ind w:left="1134" w:right="1252"/>
        <w:rPr>
          <w:lang w:val="es-PE"/>
        </w:rPr>
      </w:pPr>
      <w:r>
        <w:rPr>
          <w:lang w:val="es-PE"/>
        </w:rPr>
        <w:t xml:space="preserve">Nombres y Apellidos: </w:t>
      </w:r>
      <w:r w:rsidRPr="00B12A29">
        <w:rPr>
          <w:lang w:val="es-PE"/>
        </w:rPr>
        <w:t>.....................................................</w:t>
      </w:r>
    </w:p>
    <w:p w14:paraId="1BCFB95E" w14:textId="2FB554C6" w:rsidR="00824E68" w:rsidRPr="00B12A29" w:rsidRDefault="00824E68" w:rsidP="00E2567B">
      <w:pPr>
        <w:pStyle w:val="CuerpoAnexo"/>
        <w:tabs>
          <w:tab w:val="left" w:pos="851"/>
        </w:tabs>
        <w:spacing w:after="120"/>
        <w:ind w:left="1134" w:right="1252"/>
        <w:rPr>
          <w:lang w:val="es-PE"/>
        </w:rPr>
      </w:pPr>
      <w:r>
        <w:rPr>
          <w:lang w:val="es-PE"/>
        </w:rPr>
        <w:t xml:space="preserve">DNI: </w:t>
      </w:r>
      <w:r w:rsidRPr="00B12A29">
        <w:rPr>
          <w:lang w:val="es-PE"/>
        </w:rPr>
        <w:t>.....................................................</w:t>
      </w:r>
    </w:p>
    <w:p w14:paraId="2C836B47" w14:textId="164095C6" w:rsidR="00D45587" w:rsidRPr="00B12A29" w:rsidRDefault="00D45587" w:rsidP="00E2567B">
      <w:pPr>
        <w:tabs>
          <w:tab w:val="left" w:pos="851"/>
        </w:tabs>
        <w:ind w:left="1134" w:right="1252"/>
        <w:rPr>
          <w:lang w:val="es-PE"/>
        </w:rPr>
      </w:pPr>
    </w:p>
    <w:sectPr w:rsidR="00D45587" w:rsidRPr="00B12A29" w:rsidSect="00E2567B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14858549">
    <w:abstractNumId w:val="8"/>
  </w:num>
  <w:num w:numId="2" w16cid:durableId="737744978">
    <w:abstractNumId w:val="6"/>
  </w:num>
  <w:num w:numId="3" w16cid:durableId="655498352">
    <w:abstractNumId w:val="5"/>
  </w:num>
  <w:num w:numId="4" w16cid:durableId="1627354175">
    <w:abstractNumId w:val="4"/>
  </w:num>
  <w:num w:numId="5" w16cid:durableId="146240424">
    <w:abstractNumId w:val="7"/>
  </w:num>
  <w:num w:numId="6" w16cid:durableId="773407597">
    <w:abstractNumId w:val="3"/>
  </w:num>
  <w:num w:numId="7" w16cid:durableId="1245608500">
    <w:abstractNumId w:val="2"/>
  </w:num>
  <w:num w:numId="8" w16cid:durableId="1578662493">
    <w:abstractNumId w:val="1"/>
  </w:num>
  <w:num w:numId="9" w16cid:durableId="1289624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13731"/>
    <w:rsid w:val="0015074B"/>
    <w:rsid w:val="0018291E"/>
    <w:rsid w:val="0029639D"/>
    <w:rsid w:val="00326F90"/>
    <w:rsid w:val="004751FD"/>
    <w:rsid w:val="00674C29"/>
    <w:rsid w:val="00756025"/>
    <w:rsid w:val="00824E68"/>
    <w:rsid w:val="0085253A"/>
    <w:rsid w:val="00A17F72"/>
    <w:rsid w:val="00A63BC4"/>
    <w:rsid w:val="00AA1D8D"/>
    <w:rsid w:val="00B12A29"/>
    <w:rsid w:val="00B47730"/>
    <w:rsid w:val="00CB0664"/>
    <w:rsid w:val="00D45587"/>
    <w:rsid w:val="00E03339"/>
    <w:rsid w:val="00E2567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3A083DC0"/>
  <w14:defaultImageDpi w14:val="300"/>
  <w15:docId w15:val="{486057F9-9B3C-45F6-A9F1-F90B84036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ituloAnexo">
    <w:name w:val="TituloAnexo"/>
    <w:basedOn w:val="Normal"/>
    <w:rPr>
      <w:b/>
      <w:sz w:val="28"/>
    </w:rPr>
  </w:style>
  <w:style w:type="paragraph" w:customStyle="1" w:styleId="SubtituloAnexo">
    <w:name w:val="SubtituloAnexo"/>
    <w:basedOn w:val="Normal"/>
    <w:rPr>
      <w:b/>
      <w:sz w:val="24"/>
    </w:rPr>
  </w:style>
  <w:style w:type="paragraph" w:customStyle="1" w:styleId="CuerpoAnexo">
    <w:name w:val="CuerpoAnexo"/>
    <w:basedOn w:val="Normal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168</Words>
  <Characters>926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Anexos obligatorios</vt:lpstr>
      <vt:lpstr/>
    </vt:vector>
  </TitlesOfParts>
  <Manager/>
  <Company/>
  <LinksUpToDate>false</LinksUpToDate>
  <CharactersWithSpaces>1092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Anexos obligatorios</dc:title>
  <dc:subject/>
  <dc:creator>ROBERTO ZEGARRA CHAPOÑAN - CS</dc:creator>
  <cp:keywords/>
  <dc:description/>
  <cp:lastModifiedBy>ROBERTO ZEGARRA CHAPOÑAN - CS</cp:lastModifiedBy>
  <cp:revision>2</cp:revision>
  <dcterms:created xsi:type="dcterms:W3CDTF">2026-08-13T17:07:00Z</dcterms:created>
  <dcterms:modified xsi:type="dcterms:W3CDTF">2026-08-13T17:07:00Z</dcterms:modified>
  <cp:category/>
</cp:coreProperties>
</file>