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DA74" w14:textId="77777777" w:rsidR="004751FD" w:rsidRDefault="00000000">
      <w:pPr>
        <w:spacing w:after="0"/>
        <w:jc w:val="center"/>
      </w:pPr>
      <w:r>
        <w:rPr>
          <w:noProof/>
        </w:rPr>
        <w:drawing>
          <wp:inline distT="0" distB="0" distL="0" distR="0" wp14:anchorId="7E8987E3" wp14:editId="7D2F0C11">
            <wp:extent cx="6588000" cy="9065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o01_sin_firma_digital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88000" cy="906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E4718" w14:textId="77777777" w:rsidR="004751FD" w:rsidRDefault="00000000">
      <w:r>
        <w:br w:type="page"/>
      </w:r>
    </w:p>
    <w:p w14:paraId="7D6A2AF9" w14:textId="60E94DCE" w:rsidR="004751FD" w:rsidRPr="00B12A29" w:rsidRDefault="00000000">
      <w:pPr>
        <w:pStyle w:val="TituloAnexo"/>
        <w:spacing w:after="280"/>
        <w:jc w:val="center"/>
        <w:rPr>
          <w:lang w:val="es-PE"/>
        </w:rPr>
      </w:pPr>
      <w:r w:rsidRPr="00B12A29">
        <w:rPr>
          <w:lang w:val="es-PE"/>
        </w:rPr>
        <w:lastRenderedPageBreak/>
        <w:t xml:space="preserve">ANEXO </w:t>
      </w:r>
      <w:proofErr w:type="spellStart"/>
      <w:r w:rsidRPr="00B12A29">
        <w:rPr>
          <w:lang w:val="es-PE"/>
        </w:rPr>
        <w:t>N°</w:t>
      </w:r>
      <w:proofErr w:type="spellEnd"/>
      <w:r w:rsidRPr="00B12A29">
        <w:rPr>
          <w:lang w:val="es-PE"/>
        </w:rPr>
        <w:t xml:space="preserve"> </w:t>
      </w:r>
      <w:r w:rsidR="00A17F72">
        <w:rPr>
          <w:lang w:val="es-PE"/>
        </w:rPr>
        <w:t>0</w:t>
      </w:r>
      <w:r w:rsidRPr="00B12A29">
        <w:rPr>
          <w:lang w:val="es-PE"/>
        </w:rPr>
        <w:t>2</w:t>
      </w:r>
    </w:p>
    <w:p w14:paraId="6CFF9431" w14:textId="77777777" w:rsidR="004751FD" w:rsidRPr="00B12A29" w:rsidRDefault="00000000">
      <w:pPr>
        <w:pStyle w:val="SubtituloAnexo"/>
        <w:spacing w:after="440"/>
        <w:jc w:val="center"/>
        <w:rPr>
          <w:lang w:val="es-PE"/>
        </w:rPr>
      </w:pPr>
      <w:r w:rsidRPr="00B12A29">
        <w:rPr>
          <w:u w:val="single"/>
          <w:lang w:val="es-PE"/>
        </w:rPr>
        <w:t>DECLARACIÓN JURADA CONSTANCIA DE TRABAJO / DOCUMENTO QUE ACREDITE VÍNCULO LABORAL</w:t>
      </w:r>
    </w:p>
    <w:p w14:paraId="23E51C74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 xml:space="preserve">Yo, ....................................................., identificado(a) con DNI </w:t>
      </w:r>
      <w:proofErr w:type="spellStart"/>
      <w:r w:rsidRPr="00B12A29">
        <w:rPr>
          <w:lang w:val="es-PE"/>
        </w:rPr>
        <w:t>N°</w:t>
      </w:r>
      <w:proofErr w:type="spellEnd"/>
      <w:r w:rsidRPr="00B12A29">
        <w:rPr>
          <w:lang w:val="es-PE"/>
        </w:rPr>
        <w:t xml:space="preserve"> ........................, domiciliado(a)</w:t>
      </w:r>
    </w:p>
    <w:p w14:paraId="27816356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en ....................................................., con teléfono ..........................., correo electrónico</w:t>
      </w:r>
    </w:p>
    <w:p w14:paraId="29CCA1E0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....................................................., DECLARO BAJO JURAMENTO lo siguiente:</w:t>
      </w:r>
    </w:p>
    <w:p w14:paraId="2A6ADABB" w14:textId="77777777" w:rsidR="004751FD" w:rsidRPr="00B12A29" w:rsidRDefault="004751FD">
      <w:pPr>
        <w:spacing w:after="80"/>
        <w:rPr>
          <w:lang w:val="es-PE"/>
        </w:rPr>
      </w:pPr>
    </w:p>
    <w:p w14:paraId="6055EEEE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Que tengo vínculo laboral con la institución ................................................................................</w:t>
      </w:r>
    </w:p>
    <w:p w14:paraId="5BBC06BD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........................................................................................................................ a la fecha.</w:t>
      </w:r>
    </w:p>
    <w:p w14:paraId="575B582D" w14:textId="77777777" w:rsidR="004751FD" w:rsidRPr="00B12A29" w:rsidRDefault="004751FD">
      <w:pPr>
        <w:spacing w:after="80"/>
        <w:rPr>
          <w:lang w:val="es-PE"/>
        </w:rPr>
      </w:pPr>
    </w:p>
    <w:p w14:paraId="6652962E" w14:textId="77777777" w:rsidR="004751FD" w:rsidRPr="00B12A29" w:rsidRDefault="004751FD">
      <w:pPr>
        <w:spacing w:after="80"/>
        <w:rPr>
          <w:lang w:val="es-PE"/>
        </w:rPr>
      </w:pPr>
    </w:p>
    <w:p w14:paraId="095848C4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Lugar y fecha: .....................................................</w:t>
      </w:r>
    </w:p>
    <w:p w14:paraId="1AEC49D1" w14:textId="77777777" w:rsidR="004751FD" w:rsidRPr="00B12A29" w:rsidRDefault="004751FD">
      <w:pPr>
        <w:spacing w:after="80"/>
        <w:rPr>
          <w:lang w:val="es-PE"/>
        </w:rPr>
      </w:pPr>
    </w:p>
    <w:p w14:paraId="75D89CC2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Firma: .....................................................</w:t>
      </w:r>
    </w:p>
    <w:p w14:paraId="1202A368" w14:textId="77777777" w:rsidR="004751FD" w:rsidRPr="00B12A29" w:rsidRDefault="00000000">
      <w:pPr>
        <w:rPr>
          <w:lang w:val="es-PE"/>
        </w:rPr>
      </w:pPr>
      <w:r w:rsidRPr="00B12A29">
        <w:rPr>
          <w:lang w:val="es-PE"/>
        </w:rPr>
        <w:br w:type="page"/>
      </w:r>
    </w:p>
    <w:p w14:paraId="0A439A09" w14:textId="48FDD594" w:rsidR="004751FD" w:rsidRPr="00B12A29" w:rsidRDefault="00000000">
      <w:pPr>
        <w:pStyle w:val="TituloAnexo"/>
        <w:spacing w:after="280"/>
        <w:jc w:val="center"/>
        <w:rPr>
          <w:lang w:val="es-PE"/>
        </w:rPr>
      </w:pPr>
      <w:r w:rsidRPr="00B12A29">
        <w:rPr>
          <w:lang w:val="es-PE"/>
        </w:rPr>
        <w:lastRenderedPageBreak/>
        <w:t xml:space="preserve">ANEXO </w:t>
      </w:r>
      <w:r w:rsidR="00674C29">
        <w:rPr>
          <w:lang w:val="es-PE"/>
        </w:rPr>
        <w:t>0</w:t>
      </w:r>
      <w:r w:rsidR="00A17F72">
        <w:rPr>
          <w:lang w:val="es-PE"/>
        </w:rPr>
        <w:t>3</w:t>
      </w:r>
    </w:p>
    <w:p w14:paraId="5E790929" w14:textId="77777777" w:rsidR="004751FD" w:rsidRPr="00B12A29" w:rsidRDefault="00000000">
      <w:pPr>
        <w:pStyle w:val="SubtituloAnexo"/>
        <w:spacing w:after="440"/>
        <w:jc w:val="center"/>
        <w:rPr>
          <w:lang w:val="es-PE"/>
        </w:rPr>
      </w:pPr>
      <w:r w:rsidRPr="00B12A29">
        <w:rPr>
          <w:u w:val="single"/>
          <w:lang w:val="es-PE"/>
        </w:rPr>
        <w:t>DECLARACIÓN JURADA</w:t>
      </w:r>
    </w:p>
    <w:p w14:paraId="64614515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 xml:space="preserve">Yo, ....................................................., identificado(a) con DNI </w:t>
      </w:r>
      <w:proofErr w:type="spellStart"/>
      <w:r w:rsidRPr="00B12A29">
        <w:rPr>
          <w:lang w:val="es-PE"/>
        </w:rPr>
        <w:t>N°</w:t>
      </w:r>
      <w:proofErr w:type="spellEnd"/>
      <w:r w:rsidRPr="00B12A29">
        <w:rPr>
          <w:lang w:val="es-PE"/>
        </w:rPr>
        <w:t xml:space="preserve"> ........................, domiciliado(a)</w:t>
      </w:r>
    </w:p>
    <w:p w14:paraId="02A412A5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en ....................................................., con teléfono ..........................., correo electrónico</w:t>
      </w:r>
    </w:p>
    <w:p w14:paraId="6B6BF983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....................................................., DECLARO BAJO JURAMENTO lo siguiente:</w:t>
      </w:r>
    </w:p>
    <w:p w14:paraId="285011ED" w14:textId="77777777" w:rsidR="004751FD" w:rsidRPr="00B12A29" w:rsidRDefault="004751FD">
      <w:pPr>
        <w:spacing w:after="80"/>
        <w:rPr>
          <w:lang w:val="es-PE"/>
        </w:rPr>
      </w:pPr>
    </w:p>
    <w:p w14:paraId="22CC7AE7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Que no he sido condenado por delito de terrorismo, violación contra la libertad sexual ni por</w:t>
      </w:r>
    </w:p>
    <w:p w14:paraId="1993C68A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delitos de corrupción de funcionarios.</w:t>
      </w:r>
    </w:p>
    <w:p w14:paraId="55344EB5" w14:textId="77777777" w:rsidR="004751FD" w:rsidRPr="00B12A29" w:rsidRDefault="004751FD">
      <w:pPr>
        <w:spacing w:after="80"/>
        <w:rPr>
          <w:lang w:val="es-PE"/>
        </w:rPr>
      </w:pPr>
    </w:p>
    <w:p w14:paraId="52BC66E5" w14:textId="77777777" w:rsidR="004751FD" w:rsidRPr="00B12A29" w:rsidRDefault="004751FD">
      <w:pPr>
        <w:spacing w:after="80"/>
        <w:rPr>
          <w:lang w:val="es-PE"/>
        </w:rPr>
      </w:pPr>
    </w:p>
    <w:p w14:paraId="20C443AC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Lugar y fecha: .....................................................</w:t>
      </w:r>
    </w:p>
    <w:p w14:paraId="2464E737" w14:textId="77777777" w:rsidR="004751FD" w:rsidRPr="00B12A29" w:rsidRDefault="004751FD">
      <w:pPr>
        <w:spacing w:after="80"/>
        <w:rPr>
          <w:lang w:val="es-PE"/>
        </w:rPr>
      </w:pPr>
    </w:p>
    <w:p w14:paraId="4E06F8A1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Firma: .....................................................</w:t>
      </w:r>
    </w:p>
    <w:p w14:paraId="7C7D158C" w14:textId="77777777" w:rsidR="004751FD" w:rsidRPr="00B12A29" w:rsidRDefault="00000000">
      <w:pPr>
        <w:rPr>
          <w:lang w:val="es-PE"/>
        </w:rPr>
      </w:pPr>
      <w:r w:rsidRPr="00B12A29">
        <w:rPr>
          <w:lang w:val="es-PE"/>
        </w:rPr>
        <w:br w:type="page"/>
      </w:r>
    </w:p>
    <w:p w14:paraId="65B08CA0" w14:textId="3FA6E849" w:rsidR="004751FD" w:rsidRPr="00B12A29" w:rsidRDefault="00000000">
      <w:pPr>
        <w:pStyle w:val="TituloAnexo"/>
        <w:spacing w:after="280"/>
        <w:jc w:val="center"/>
        <w:rPr>
          <w:lang w:val="es-PE"/>
        </w:rPr>
      </w:pPr>
      <w:r w:rsidRPr="00B12A29">
        <w:rPr>
          <w:lang w:val="es-PE"/>
        </w:rPr>
        <w:lastRenderedPageBreak/>
        <w:t xml:space="preserve">ANEXO </w:t>
      </w:r>
      <w:r w:rsidR="00A17F72">
        <w:rPr>
          <w:lang w:val="es-PE"/>
        </w:rPr>
        <w:t>0</w:t>
      </w:r>
      <w:r w:rsidRPr="00B12A29">
        <w:rPr>
          <w:lang w:val="es-PE"/>
        </w:rPr>
        <w:t>4</w:t>
      </w:r>
    </w:p>
    <w:p w14:paraId="410FBE33" w14:textId="77777777" w:rsidR="004751FD" w:rsidRPr="00B12A29" w:rsidRDefault="00000000">
      <w:pPr>
        <w:pStyle w:val="SubtituloAnexo"/>
        <w:spacing w:after="440"/>
        <w:jc w:val="center"/>
        <w:rPr>
          <w:lang w:val="es-PE"/>
        </w:rPr>
      </w:pPr>
      <w:r w:rsidRPr="00B12A29">
        <w:rPr>
          <w:u w:val="single"/>
          <w:lang w:val="es-PE"/>
        </w:rPr>
        <w:t>DECLARACIÓN JURADA DE ANTECEDENTES</w:t>
      </w:r>
    </w:p>
    <w:p w14:paraId="14008FD5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 xml:space="preserve">Yo, ....................................................., identificado(a) con DNI </w:t>
      </w:r>
      <w:proofErr w:type="spellStart"/>
      <w:r w:rsidRPr="00B12A29">
        <w:rPr>
          <w:lang w:val="es-PE"/>
        </w:rPr>
        <w:t>N°</w:t>
      </w:r>
      <w:proofErr w:type="spellEnd"/>
      <w:r w:rsidRPr="00B12A29">
        <w:rPr>
          <w:lang w:val="es-PE"/>
        </w:rPr>
        <w:t xml:space="preserve"> ........................, domiciliado(a)</w:t>
      </w:r>
    </w:p>
    <w:p w14:paraId="749AA808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en ....................................................., con teléfono ..........................., correo electrónico</w:t>
      </w:r>
    </w:p>
    <w:p w14:paraId="6C2D29F3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....................................................., DECLARO BAJO JURAMENTO lo siguiente:</w:t>
      </w:r>
    </w:p>
    <w:p w14:paraId="1BAF309D" w14:textId="77777777" w:rsidR="004751FD" w:rsidRPr="00B12A29" w:rsidRDefault="004751FD">
      <w:pPr>
        <w:spacing w:after="80"/>
        <w:rPr>
          <w:lang w:val="es-PE"/>
        </w:rPr>
      </w:pPr>
    </w:p>
    <w:p w14:paraId="2AE8A8B7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Que no tengo antecedentes penales, policiales ni judiciales.</w:t>
      </w:r>
    </w:p>
    <w:p w14:paraId="3A9D385E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Que no estoy inscrito en el Registro de Deudores Judiciales Morosos - REDJUM.</w:t>
      </w:r>
    </w:p>
    <w:p w14:paraId="3C88375B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Que no estoy inscrito en el Registro de Deudores Alimentarios Morosos - REDAM.</w:t>
      </w:r>
    </w:p>
    <w:p w14:paraId="50C0634B" w14:textId="77777777" w:rsidR="004751FD" w:rsidRPr="00B12A29" w:rsidRDefault="004751FD">
      <w:pPr>
        <w:spacing w:after="80"/>
        <w:rPr>
          <w:lang w:val="es-PE"/>
        </w:rPr>
      </w:pPr>
    </w:p>
    <w:p w14:paraId="7FAE07CA" w14:textId="77777777" w:rsidR="004751FD" w:rsidRPr="00B12A29" w:rsidRDefault="004751FD">
      <w:pPr>
        <w:spacing w:after="80"/>
        <w:rPr>
          <w:lang w:val="es-PE"/>
        </w:rPr>
      </w:pPr>
    </w:p>
    <w:p w14:paraId="526DBE87" w14:textId="77777777" w:rsidR="004751FD" w:rsidRPr="00A17F72" w:rsidRDefault="00000000">
      <w:pPr>
        <w:pStyle w:val="CuerpoAnexo"/>
        <w:spacing w:after="120"/>
        <w:rPr>
          <w:lang w:val="es-PE"/>
        </w:rPr>
      </w:pPr>
      <w:r w:rsidRPr="00A17F72">
        <w:rPr>
          <w:lang w:val="es-PE"/>
        </w:rPr>
        <w:t>Lugar y fecha: .....................................................</w:t>
      </w:r>
    </w:p>
    <w:p w14:paraId="57331B7B" w14:textId="77777777" w:rsidR="004751FD" w:rsidRPr="00A17F72" w:rsidRDefault="004751FD">
      <w:pPr>
        <w:spacing w:after="80"/>
        <w:rPr>
          <w:lang w:val="es-PE"/>
        </w:rPr>
      </w:pPr>
    </w:p>
    <w:p w14:paraId="5EB220BD" w14:textId="77777777" w:rsidR="004751FD" w:rsidRPr="00A17F72" w:rsidRDefault="00000000">
      <w:pPr>
        <w:pStyle w:val="CuerpoAnexo"/>
        <w:spacing w:after="120"/>
        <w:rPr>
          <w:lang w:val="es-PE"/>
        </w:rPr>
      </w:pPr>
      <w:r w:rsidRPr="00A17F72">
        <w:rPr>
          <w:lang w:val="es-PE"/>
        </w:rPr>
        <w:t>Firma: .....................................................</w:t>
      </w:r>
    </w:p>
    <w:p w14:paraId="729ED171" w14:textId="77777777" w:rsidR="004751FD" w:rsidRPr="00A17F72" w:rsidRDefault="00000000">
      <w:pPr>
        <w:rPr>
          <w:lang w:val="es-PE"/>
        </w:rPr>
      </w:pPr>
      <w:r w:rsidRPr="00A17F72">
        <w:rPr>
          <w:lang w:val="es-PE"/>
        </w:rPr>
        <w:br w:type="page"/>
      </w:r>
    </w:p>
    <w:p w14:paraId="51D5D3A3" w14:textId="012A1E0D" w:rsidR="004751FD" w:rsidRPr="00B12A29" w:rsidRDefault="00000000">
      <w:pPr>
        <w:pStyle w:val="TituloAnexo"/>
        <w:spacing w:after="280"/>
        <w:jc w:val="center"/>
        <w:rPr>
          <w:lang w:val="es-PE"/>
        </w:rPr>
      </w:pPr>
      <w:r w:rsidRPr="00B12A29">
        <w:rPr>
          <w:lang w:val="es-PE"/>
        </w:rPr>
        <w:lastRenderedPageBreak/>
        <w:t>ANEXO N°</w:t>
      </w:r>
      <w:r w:rsidR="00A17F72">
        <w:rPr>
          <w:lang w:val="es-PE"/>
        </w:rPr>
        <w:t>0</w:t>
      </w:r>
      <w:r w:rsidR="00B12A29" w:rsidRPr="00B12A29">
        <w:rPr>
          <w:lang w:val="es-PE"/>
        </w:rPr>
        <w:t>5</w:t>
      </w:r>
    </w:p>
    <w:p w14:paraId="1324EA29" w14:textId="77777777" w:rsidR="004751FD" w:rsidRPr="00B12A29" w:rsidRDefault="00000000">
      <w:pPr>
        <w:pStyle w:val="SubtituloAnexo"/>
        <w:spacing w:after="440"/>
        <w:jc w:val="center"/>
        <w:rPr>
          <w:lang w:val="es-PE"/>
        </w:rPr>
      </w:pPr>
      <w:r w:rsidRPr="00B12A29">
        <w:rPr>
          <w:u w:val="single"/>
          <w:lang w:val="es-PE"/>
        </w:rPr>
        <w:t>DECLARACIÓN JURADA DE PARENTESCO</w:t>
      </w:r>
    </w:p>
    <w:p w14:paraId="0A37E77D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 xml:space="preserve">Yo, ....................................................., identificado(a) con DNI </w:t>
      </w:r>
      <w:proofErr w:type="spellStart"/>
      <w:r w:rsidRPr="00B12A29">
        <w:rPr>
          <w:lang w:val="es-PE"/>
        </w:rPr>
        <w:t>N°</w:t>
      </w:r>
      <w:proofErr w:type="spellEnd"/>
      <w:r w:rsidRPr="00B12A29">
        <w:rPr>
          <w:lang w:val="es-PE"/>
        </w:rPr>
        <w:t xml:space="preserve"> ........................, domiciliado(a)</w:t>
      </w:r>
    </w:p>
    <w:p w14:paraId="1DB8498E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en ....................................................., con teléfono ..........................., correo electrónico</w:t>
      </w:r>
    </w:p>
    <w:p w14:paraId="41EA8754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....................................................., DECLARO BAJO JURAMENTO lo siguiente:</w:t>
      </w:r>
    </w:p>
    <w:p w14:paraId="5D568AF0" w14:textId="77777777" w:rsidR="004751FD" w:rsidRPr="00B12A29" w:rsidRDefault="004751FD">
      <w:pPr>
        <w:spacing w:after="80"/>
        <w:rPr>
          <w:lang w:val="es-PE"/>
        </w:rPr>
      </w:pPr>
    </w:p>
    <w:p w14:paraId="5C1D08D4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Que no tengo vínculo de parentesco hasta el cuarto grado de consanguinidad ni segundo de</w:t>
      </w:r>
    </w:p>
    <w:p w14:paraId="60E89F94" w14:textId="77777777" w:rsidR="004751FD" w:rsidRPr="00B12A29" w:rsidRDefault="00000000">
      <w:pPr>
        <w:pStyle w:val="CuerpoAnexo"/>
        <w:spacing w:after="120"/>
        <w:rPr>
          <w:lang w:val="es-PE"/>
        </w:rPr>
      </w:pPr>
      <w:r w:rsidRPr="00B12A29">
        <w:rPr>
          <w:lang w:val="es-PE"/>
        </w:rPr>
        <w:t>afinidad con el personal de la Escuela Nacional de Salud Pública - ENSAP.</w:t>
      </w:r>
    </w:p>
    <w:p w14:paraId="573EE68D" w14:textId="77777777" w:rsidR="004751FD" w:rsidRPr="00B12A29" w:rsidRDefault="004751FD">
      <w:pPr>
        <w:spacing w:after="80"/>
        <w:rPr>
          <w:lang w:val="es-PE"/>
        </w:rPr>
      </w:pPr>
    </w:p>
    <w:p w14:paraId="231F9DBE" w14:textId="77777777" w:rsidR="004751FD" w:rsidRPr="00B12A29" w:rsidRDefault="004751FD">
      <w:pPr>
        <w:spacing w:after="80"/>
        <w:rPr>
          <w:lang w:val="es-PE"/>
        </w:rPr>
      </w:pPr>
    </w:p>
    <w:p w14:paraId="0EF358CB" w14:textId="77777777" w:rsidR="004751FD" w:rsidRPr="00A17F72" w:rsidRDefault="00000000">
      <w:pPr>
        <w:pStyle w:val="CuerpoAnexo"/>
        <w:spacing w:after="120"/>
        <w:rPr>
          <w:lang w:val="es-PE"/>
        </w:rPr>
      </w:pPr>
      <w:r w:rsidRPr="00A17F72">
        <w:rPr>
          <w:lang w:val="es-PE"/>
        </w:rPr>
        <w:t>Lugar y fecha: .....................................................</w:t>
      </w:r>
    </w:p>
    <w:p w14:paraId="28A22443" w14:textId="77777777" w:rsidR="004751FD" w:rsidRPr="00A17F72" w:rsidRDefault="004751FD">
      <w:pPr>
        <w:spacing w:after="80"/>
        <w:rPr>
          <w:lang w:val="es-PE"/>
        </w:rPr>
      </w:pPr>
    </w:p>
    <w:p w14:paraId="6F55E0E0" w14:textId="77777777" w:rsidR="004751FD" w:rsidRPr="00A17F72" w:rsidRDefault="00000000">
      <w:pPr>
        <w:pStyle w:val="CuerpoAnexo"/>
        <w:spacing w:after="120"/>
        <w:rPr>
          <w:lang w:val="es-PE"/>
        </w:rPr>
      </w:pPr>
      <w:r w:rsidRPr="00A17F72">
        <w:rPr>
          <w:lang w:val="es-PE"/>
        </w:rPr>
        <w:t>Firma: .....................................................</w:t>
      </w:r>
    </w:p>
    <w:p w14:paraId="4CA0D69A" w14:textId="77777777" w:rsidR="004751FD" w:rsidRPr="00A17F72" w:rsidRDefault="00000000">
      <w:pPr>
        <w:rPr>
          <w:lang w:val="es-PE"/>
        </w:rPr>
      </w:pPr>
      <w:r w:rsidRPr="00A17F72">
        <w:rPr>
          <w:lang w:val="es-PE"/>
        </w:rPr>
        <w:br w:type="page"/>
      </w:r>
    </w:p>
    <w:p w14:paraId="4172FBD9" w14:textId="7F173E27" w:rsidR="00B12A29" w:rsidRPr="00A17F72" w:rsidRDefault="00B12A29">
      <w:pPr>
        <w:rPr>
          <w:lang w:val="es-PE"/>
        </w:rPr>
      </w:pPr>
    </w:p>
    <w:p w14:paraId="284DF079" w14:textId="0A713EEB" w:rsidR="00A17F72" w:rsidRPr="00674C29" w:rsidRDefault="00B12A29" w:rsidP="00A17F72">
      <w:pPr>
        <w:pStyle w:val="TituloAnexo"/>
        <w:spacing w:after="280"/>
        <w:jc w:val="center"/>
        <w:rPr>
          <w:noProof/>
          <w:lang w:val="es-PE"/>
        </w:rPr>
      </w:pPr>
      <w:r w:rsidRPr="00B12A29">
        <w:rPr>
          <w:lang w:val="es-PE"/>
        </w:rPr>
        <w:t>ANEX</w:t>
      </w:r>
      <w:r w:rsidR="00A17F72">
        <w:rPr>
          <w:lang w:val="es-PE"/>
        </w:rPr>
        <w:t xml:space="preserve">O </w:t>
      </w:r>
      <w:proofErr w:type="spellStart"/>
      <w:r w:rsidR="00A17F72">
        <w:rPr>
          <w:lang w:val="es-PE"/>
        </w:rPr>
        <w:t>N°</w:t>
      </w:r>
      <w:proofErr w:type="spellEnd"/>
      <w:r w:rsidR="00A17F72">
        <w:rPr>
          <w:lang w:val="es-PE"/>
        </w:rPr>
        <w:t xml:space="preserve"> 06</w:t>
      </w:r>
    </w:p>
    <w:p w14:paraId="49DFD305" w14:textId="39B8639E" w:rsidR="00A17F72" w:rsidRPr="00674C29" w:rsidRDefault="00674C29" w:rsidP="00A17F72">
      <w:pPr>
        <w:pStyle w:val="TituloAnexo"/>
        <w:spacing w:after="280"/>
        <w:jc w:val="center"/>
        <w:rPr>
          <w:noProof/>
          <w:lang w:val="es-P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5DB3E9" wp14:editId="54D6E4B2">
            <wp:simplePos x="0" y="0"/>
            <wp:positionH relativeFrom="column">
              <wp:posOffset>645795</wp:posOffset>
            </wp:positionH>
            <wp:positionV relativeFrom="paragraph">
              <wp:posOffset>19685</wp:posOffset>
            </wp:positionV>
            <wp:extent cx="6195060" cy="876871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_compromiso_sin_firma_digital.png"/>
                    <pic:cNvPicPr/>
                  </pic:nvPicPr>
                  <pic:blipFill rotWithShape="1">
                    <a:blip r:embed="rId7"/>
                    <a:srcRect l="180" t="2929" r="-180" b="-2929"/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876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39AF4" w14:textId="5321BF3A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2039D4C4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62DBC4D2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2C0AE9F5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5132D07E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227A99D6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5CCDBC81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4476A0BD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4D89DD85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631DFA27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3669B855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4C2A0AAE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0E28FBDA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5BAFEA0B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09A19B1E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7FB3CD17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55CC0749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33288FCF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494489A9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79155F49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395FBDA6" w14:textId="77777777" w:rsidR="00A17F72" w:rsidRPr="00674C29" w:rsidRDefault="00A17F72" w:rsidP="00A17F72">
      <w:pPr>
        <w:pStyle w:val="TituloAnexo"/>
        <w:spacing w:after="280"/>
        <w:jc w:val="center"/>
        <w:rPr>
          <w:noProof/>
          <w:lang w:val="es-PE"/>
        </w:rPr>
      </w:pPr>
    </w:p>
    <w:p w14:paraId="69FF3462" w14:textId="1B829125" w:rsidR="004751FD" w:rsidRPr="00A17F72" w:rsidRDefault="00B12A29" w:rsidP="00A17F72">
      <w:pPr>
        <w:pStyle w:val="TituloAnexo"/>
        <w:spacing w:after="280"/>
        <w:jc w:val="center"/>
        <w:rPr>
          <w:lang w:val="es-PE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4A4161F8" wp14:editId="54066946">
            <wp:simplePos x="0" y="0"/>
            <wp:positionH relativeFrom="column">
              <wp:posOffset>401955</wp:posOffset>
            </wp:positionH>
            <wp:positionV relativeFrom="paragraph">
              <wp:posOffset>530225</wp:posOffset>
            </wp:positionV>
            <wp:extent cx="6305550" cy="891794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olucion_valor_sin_firma_digital.png"/>
                    <pic:cNvPicPr/>
                  </pic:nvPicPr>
                  <pic:blipFill rotWithShape="1">
                    <a:blip r:embed="rId8"/>
                    <a:srcRect l="-901" t="3314" r="901" b="-3314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891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F72">
        <w:rPr>
          <w:lang w:val="es-PE"/>
        </w:rPr>
        <w:t xml:space="preserve">ANEXO </w:t>
      </w:r>
      <w:proofErr w:type="spellStart"/>
      <w:r w:rsidR="00A17F72">
        <w:rPr>
          <w:lang w:val="es-PE"/>
        </w:rPr>
        <w:t>N°</w:t>
      </w:r>
      <w:proofErr w:type="spellEnd"/>
      <w:r w:rsidR="00A17F72">
        <w:rPr>
          <w:lang w:val="es-PE"/>
        </w:rPr>
        <w:t xml:space="preserve"> 07</w:t>
      </w:r>
    </w:p>
    <w:sectPr w:rsidR="004751FD" w:rsidRPr="00A17F72" w:rsidSect="0085253A">
      <w:pgSz w:w="11906" w:h="16838"/>
      <w:pgMar w:top="567" w:right="567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4858549">
    <w:abstractNumId w:val="8"/>
  </w:num>
  <w:num w:numId="2" w16cid:durableId="737744978">
    <w:abstractNumId w:val="6"/>
  </w:num>
  <w:num w:numId="3" w16cid:durableId="655498352">
    <w:abstractNumId w:val="5"/>
  </w:num>
  <w:num w:numId="4" w16cid:durableId="1627354175">
    <w:abstractNumId w:val="4"/>
  </w:num>
  <w:num w:numId="5" w16cid:durableId="146240424">
    <w:abstractNumId w:val="7"/>
  </w:num>
  <w:num w:numId="6" w16cid:durableId="773407597">
    <w:abstractNumId w:val="3"/>
  </w:num>
  <w:num w:numId="7" w16cid:durableId="1245608500">
    <w:abstractNumId w:val="2"/>
  </w:num>
  <w:num w:numId="8" w16cid:durableId="1578662493">
    <w:abstractNumId w:val="1"/>
  </w:num>
  <w:num w:numId="9" w16cid:durableId="1289624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3731"/>
    <w:rsid w:val="0015074B"/>
    <w:rsid w:val="0029639D"/>
    <w:rsid w:val="00326F90"/>
    <w:rsid w:val="004751FD"/>
    <w:rsid w:val="00674C29"/>
    <w:rsid w:val="0085253A"/>
    <w:rsid w:val="00A17F72"/>
    <w:rsid w:val="00A63BC4"/>
    <w:rsid w:val="00AA1D8D"/>
    <w:rsid w:val="00B12A29"/>
    <w:rsid w:val="00B47730"/>
    <w:rsid w:val="00CB0664"/>
    <w:rsid w:val="00E033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A083DC0"/>
  <w14:defaultImageDpi w14:val="300"/>
  <w15:docId w15:val="{486057F9-9B3C-45F6-A9F1-F90B8403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uloAnexo">
    <w:name w:val="TituloAnexo"/>
    <w:basedOn w:val="Normal"/>
    <w:rPr>
      <w:b/>
      <w:sz w:val="28"/>
    </w:rPr>
  </w:style>
  <w:style w:type="paragraph" w:customStyle="1" w:styleId="SubtituloAnexo">
    <w:name w:val="SubtituloAnexo"/>
    <w:basedOn w:val="Normal"/>
    <w:rPr>
      <w:b/>
      <w:sz w:val="24"/>
    </w:rPr>
  </w:style>
  <w:style w:type="paragraph" w:customStyle="1" w:styleId="CuerpoAnexo">
    <w:name w:val="CuerpoAnex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451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Anexos obligatorios</dc:title>
  <dc:subject/>
  <dc:creator/>
  <cp:keywords/>
  <dc:description/>
  <cp:lastModifiedBy>usuario venta</cp:lastModifiedBy>
  <cp:revision>5</cp:revision>
  <dcterms:created xsi:type="dcterms:W3CDTF">2013-12-23T23:15:00Z</dcterms:created>
  <dcterms:modified xsi:type="dcterms:W3CDTF">2026-05-15T19:56:00Z</dcterms:modified>
  <cp:category/>
</cp:coreProperties>
</file>